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8B59" w14:textId="77777777" w:rsidR="00EC155A" w:rsidRPr="00082284" w:rsidRDefault="00BF66A0">
      <w:pPr>
        <w:jc w:val="center"/>
        <w:rPr>
          <w:rFonts w:ascii="BIZ UDゴシック" w:eastAsia="BIZ UDゴシック" w:hAnsi="BIZ UDゴシック"/>
          <w:sz w:val="28"/>
          <w:szCs w:val="28"/>
          <w:lang w:eastAsia="ja-JP"/>
        </w:rPr>
      </w:pPr>
      <w:r w:rsidRPr="00082284">
        <w:rPr>
          <w:rFonts w:ascii="BIZ UDゴシック" w:eastAsia="BIZ UDゴシック" w:hAnsi="BIZ UDゴシック"/>
          <w:b/>
          <w:sz w:val="28"/>
          <w:szCs w:val="28"/>
          <w:lang w:eastAsia="ja-JP"/>
        </w:rPr>
        <w:t>Woman’sリアルVOICEテラス</w:t>
      </w:r>
    </w:p>
    <w:p w14:paraId="0BDCDBE8" w14:textId="28DAC565" w:rsidR="00EC155A" w:rsidRPr="00082284" w:rsidRDefault="00AD3190">
      <w:pPr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b/>
          <w:sz w:val="28"/>
          <w:szCs w:val="28"/>
          <w:lang w:eastAsia="ja-JP"/>
        </w:rPr>
        <w:t>登録</w:t>
      </w:r>
      <w:proofErr w:type="spellStart"/>
      <w:r w:rsidR="00BF66A0" w:rsidRPr="00082284">
        <w:rPr>
          <w:rFonts w:ascii="BIZ UDゴシック" w:eastAsia="BIZ UDゴシック" w:hAnsi="BIZ UDゴシック"/>
          <w:b/>
          <w:sz w:val="28"/>
          <w:szCs w:val="28"/>
        </w:rPr>
        <w:t>申請書</w:t>
      </w:r>
      <w:proofErr w:type="spellEnd"/>
    </w:p>
    <w:p w14:paraId="32ED0F73" w14:textId="77777777" w:rsidR="00EC155A" w:rsidRPr="00082284" w:rsidRDefault="00BF66A0">
      <w:pPr>
        <w:jc w:val="right"/>
        <w:rPr>
          <w:rFonts w:ascii="BIZ UDゴシック" w:eastAsia="BIZ UDゴシック" w:hAnsi="BIZ UDゴシック"/>
          <w:sz w:val="22"/>
        </w:rPr>
      </w:pPr>
      <w:proofErr w:type="spellStart"/>
      <w:r w:rsidRPr="00082284">
        <w:rPr>
          <w:rFonts w:ascii="BIZ UDゴシック" w:eastAsia="BIZ UDゴシック" w:hAnsi="BIZ UDゴシック"/>
          <w:sz w:val="22"/>
        </w:rPr>
        <w:t>令和</w:t>
      </w:r>
      <w:proofErr w:type="spellEnd"/>
      <w:r w:rsidRPr="00082284">
        <w:rPr>
          <w:rFonts w:ascii="BIZ UDゴシック" w:eastAsia="BIZ UDゴシック" w:hAnsi="BIZ UDゴシック"/>
          <w:sz w:val="22"/>
        </w:rPr>
        <w:t xml:space="preserve">　年　月　日</w:t>
      </w:r>
    </w:p>
    <w:p w14:paraId="4B768325" w14:textId="77777777" w:rsidR="00EC155A" w:rsidRPr="00082284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b/>
          <w:sz w:val="22"/>
          <w:lang w:eastAsia="ja-JP"/>
        </w:rPr>
        <w:t>北九州市長　様</w:t>
      </w:r>
    </w:p>
    <w:p w14:paraId="1C921083" w14:textId="58DBB833" w:rsidR="00EC155A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sz w:val="22"/>
          <w:lang w:eastAsia="ja-JP"/>
        </w:rPr>
        <w:t>Woman’sリアルVOICEテラス</w:t>
      </w:r>
      <w:r w:rsidR="00DD0380">
        <w:rPr>
          <w:rFonts w:ascii="BIZ UDゴシック" w:eastAsia="BIZ UDゴシック" w:hAnsi="BIZ UDゴシック"/>
          <w:sz w:val="22"/>
          <w:lang w:eastAsia="ja-JP"/>
        </w:rPr>
        <w:t>登録</w:t>
      </w:r>
      <w:r w:rsidRPr="00082284">
        <w:rPr>
          <w:rFonts w:ascii="BIZ UDゴシック" w:eastAsia="BIZ UDゴシック" w:hAnsi="BIZ UDゴシック"/>
          <w:sz w:val="22"/>
          <w:lang w:eastAsia="ja-JP"/>
        </w:rPr>
        <w:t>制度の趣旨に賛同し、</w:t>
      </w:r>
      <w:r w:rsidR="00AD3190">
        <w:rPr>
          <w:rFonts w:ascii="BIZ UDゴシック" w:eastAsia="BIZ UDゴシック" w:hAnsi="BIZ UDゴシック" w:hint="eastAsia"/>
          <w:sz w:val="22"/>
          <w:lang w:eastAsia="ja-JP"/>
        </w:rPr>
        <w:t>登録を希望する</w:t>
      </w:r>
      <w:r w:rsidRPr="00082284">
        <w:rPr>
          <w:rFonts w:ascii="BIZ UDゴシック" w:eastAsia="BIZ UDゴシック" w:hAnsi="BIZ UDゴシック"/>
          <w:sz w:val="22"/>
          <w:lang w:eastAsia="ja-JP"/>
        </w:rPr>
        <w:t>ので、関係書類を添えて申請します。</w:t>
      </w:r>
    </w:p>
    <w:p w14:paraId="2275CD21" w14:textId="77777777" w:rsidR="00AD3190" w:rsidRPr="00082284" w:rsidRDefault="00AD3190">
      <w:pPr>
        <w:rPr>
          <w:rFonts w:ascii="BIZ UDゴシック" w:eastAsia="BIZ UDゴシック" w:hAnsi="BIZ UDゴシック"/>
          <w:sz w:val="22"/>
          <w:lang w:eastAsia="ja-JP"/>
        </w:rPr>
      </w:pPr>
    </w:p>
    <w:p w14:paraId="2A9044E9" w14:textId="77777777" w:rsidR="00EC155A" w:rsidRPr="00082284" w:rsidRDefault="00BF66A0">
      <w:pPr>
        <w:spacing w:before="240" w:after="80"/>
        <w:rPr>
          <w:rFonts w:ascii="BIZ UDゴシック" w:eastAsia="BIZ UDゴシック" w:hAnsi="BIZ UDゴシック"/>
          <w:sz w:val="22"/>
        </w:rPr>
      </w:pPr>
      <w:r w:rsidRPr="00082284">
        <w:rPr>
          <w:rFonts w:ascii="BIZ UDゴシック" w:eastAsia="BIZ UDゴシック" w:hAnsi="BIZ UDゴシック"/>
          <w:b/>
          <w:sz w:val="22"/>
        </w:rPr>
        <w:t xml:space="preserve">1　</w:t>
      </w:r>
      <w:proofErr w:type="spellStart"/>
      <w:r w:rsidRPr="00082284">
        <w:rPr>
          <w:rFonts w:ascii="BIZ UDゴシック" w:eastAsia="BIZ UDゴシック" w:hAnsi="BIZ UDゴシック"/>
          <w:b/>
          <w:sz w:val="22"/>
        </w:rPr>
        <w:t>申請者について</w:t>
      </w:r>
      <w:proofErr w:type="spellEnd"/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7752"/>
      </w:tblGrid>
      <w:tr w:rsidR="00EC155A" w:rsidRPr="00082284" w14:paraId="1AA76343" w14:textId="77777777" w:rsidTr="00082284">
        <w:trPr>
          <w:trHeight w:val="510"/>
          <w:jc w:val="center"/>
        </w:trPr>
        <w:tc>
          <w:tcPr>
            <w:tcW w:w="1985" w:type="dxa"/>
            <w:shd w:val="clear" w:color="auto" w:fill="EDEDED"/>
            <w:vAlign w:val="center"/>
          </w:tcPr>
          <w:p w14:paraId="7BB077E1" w14:textId="77777777" w:rsidR="00EC155A" w:rsidRPr="00082284" w:rsidRDefault="00BF66A0" w:rsidP="000822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proofErr w:type="spellStart"/>
            <w:r w:rsidRPr="00082284">
              <w:rPr>
                <w:rFonts w:ascii="BIZ UDゴシック" w:eastAsia="BIZ UDゴシック" w:hAnsi="BIZ UDゴシック"/>
                <w:sz w:val="22"/>
              </w:rPr>
              <w:t>団体・事業者名</w:t>
            </w:r>
            <w:proofErr w:type="spellEnd"/>
          </w:p>
        </w:tc>
        <w:tc>
          <w:tcPr>
            <w:tcW w:w="7761" w:type="dxa"/>
            <w:vAlign w:val="center"/>
          </w:tcPr>
          <w:p w14:paraId="3BF3FFC1" w14:textId="5962EEC9" w:rsidR="00EC155A" w:rsidRPr="00082284" w:rsidRDefault="00EC155A" w:rsidP="00082284">
            <w:pPr>
              <w:jc w:val="both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C155A" w:rsidRPr="00082284" w14:paraId="1BE518F5" w14:textId="77777777" w:rsidTr="00082284">
        <w:trPr>
          <w:trHeight w:val="510"/>
          <w:jc w:val="center"/>
        </w:trPr>
        <w:tc>
          <w:tcPr>
            <w:tcW w:w="1985" w:type="dxa"/>
            <w:shd w:val="clear" w:color="auto" w:fill="EDEDED"/>
            <w:vAlign w:val="center"/>
          </w:tcPr>
          <w:p w14:paraId="2297B425" w14:textId="77777777" w:rsidR="00EC155A" w:rsidRPr="00082284" w:rsidRDefault="00BF66A0" w:rsidP="000822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proofErr w:type="spellStart"/>
            <w:r w:rsidRPr="00082284">
              <w:rPr>
                <w:rFonts w:ascii="BIZ UDゴシック" w:eastAsia="BIZ UDゴシック" w:hAnsi="BIZ UDゴシック"/>
                <w:sz w:val="22"/>
              </w:rPr>
              <w:t>代表者名</w:t>
            </w:r>
            <w:proofErr w:type="spellEnd"/>
          </w:p>
        </w:tc>
        <w:tc>
          <w:tcPr>
            <w:tcW w:w="7761" w:type="dxa"/>
            <w:vAlign w:val="center"/>
          </w:tcPr>
          <w:p w14:paraId="30E6A8C3" w14:textId="436F7C0C" w:rsidR="00EC155A" w:rsidRPr="00082284" w:rsidRDefault="00EC155A" w:rsidP="00082284">
            <w:pPr>
              <w:jc w:val="both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C155A" w:rsidRPr="00082284" w14:paraId="380D7C56" w14:textId="77777777" w:rsidTr="00082284">
        <w:trPr>
          <w:trHeight w:val="510"/>
          <w:jc w:val="center"/>
        </w:trPr>
        <w:tc>
          <w:tcPr>
            <w:tcW w:w="1985" w:type="dxa"/>
            <w:shd w:val="clear" w:color="auto" w:fill="EDEDED"/>
            <w:vAlign w:val="center"/>
          </w:tcPr>
          <w:p w14:paraId="3EFB39DC" w14:textId="77777777" w:rsidR="00EC155A" w:rsidRPr="00082284" w:rsidRDefault="00BF66A0" w:rsidP="000822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proofErr w:type="spellStart"/>
            <w:r w:rsidRPr="00082284">
              <w:rPr>
                <w:rFonts w:ascii="BIZ UDゴシック" w:eastAsia="BIZ UDゴシック" w:hAnsi="BIZ UDゴシック"/>
                <w:sz w:val="22"/>
              </w:rPr>
              <w:t>所在地</w:t>
            </w:r>
            <w:proofErr w:type="spellEnd"/>
          </w:p>
        </w:tc>
        <w:tc>
          <w:tcPr>
            <w:tcW w:w="7761" w:type="dxa"/>
            <w:vAlign w:val="center"/>
          </w:tcPr>
          <w:p w14:paraId="46E77201" w14:textId="26F6A8D6" w:rsidR="00EC155A" w:rsidRPr="00082284" w:rsidRDefault="00EC155A" w:rsidP="00082284">
            <w:pPr>
              <w:jc w:val="both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C155A" w:rsidRPr="00082284" w14:paraId="0068BFC4" w14:textId="77777777" w:rsidTr="00082284">
        <w:trPr>
          <w:trHeight w:val="510"/>
          <w:jc w:val="center"/>
        </w:trPr>
        <w:tc>
          <w:tcPr>
            <w:tcW w:w="1985" w:type="dxa"/>
            <w:shd w:val="clear" w:color="auto" w:fill="EDEDED"/>
            <w:vAlign w:val="center"/>
          </w:tcPr>
          <w:p w14:paraId="7867BF43" w14:textId="77777777" w:rsidR="00EC155A" w:rsidRPr="00082284" w:rsidRDefault="00BF66A0" w:rsidP="000822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proofErr w:type="spellStart"/>
            <w:r w:rsidRPr="00082284">
              <w:rPr>
                <w:rFonts w:ascii="BIZ UDゴシック" w:eastAsia="BIZ UDゴシック" w:hAnsi="BIZ UDゴシック"/>
                <w:sz w:val="22"/>
              </w:rPr>
              <w:t>電話番号</w:t>
            </w:r>
            <w:proofErr w:type="spellEnd"/>
          </w:p>
        </w:tc>
        <w:tc>
          <w:tcPr>
            <w:tcW w:w="7761" w:type="dxa"/>
            <w:vAlign w:val="center"/>
          </w:tcPr>
          <w:p w14:paraId="3F216D3E" w14:textId="5FB7D05D" w:rsidR="00EC155A" w:rsidRPr="00082284" w:rsidRDefault="00EC155A" w:rsidP="00082284">
            <w:pPr>
              <w:jc w:val="both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C155A" w:rsidRPr="00082284" w14:paraId="055AAB4C" w14:textId="77777777" w:rsidTr="00082284">
        <w:trPr>
          <w:trHeight w:val="510"/>
          <w:jc w:val="center"/>
        </w:trPr>
        <w:tc>
          <w:tcPr>
            <w:tcW w:w="1985" w:type="dxa"/>
            <w:shd w:val="clear" w:color="auto" w:fill="EDEDED"/>
            <w:vAlign w:val="center"/>
          </w:tcPr>
          <w:p w14:paraId="4D916651" w14:textId="77777777" w:rsidR="00EC155A" w:rsidRPr="00082284" w:rsidRDefault="00BF66A0" w:rsidP="000822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proofErr w:type="spellStart"/>
            <w:r w:rsidRPr="00082284">
              <w:rPr>
                <w:rFonts w:ascii="BIZ UDゴシック" w:eastAsia="BIZ UDゴシック" w:hAnsi="BIZ UDゴシック"/>
                <w:sz w:val="22"/>
              </w:rPr>
              <w:t>メールアドレス</w:t>
            </w:r>
            <w:proofErr w:type="spellEnd"/>
          </w:p>
        </w:tc>
        <w:tc>
          <w:tcPr>
            <w:tcW w:w="7761" w:type="dxa"/>
            <w:vAlign w:val="center"/>
          </w:tcPr>
          <w:p w14:paraId="5E0F2065" w14:textId="29C16996" w:rsidR="00EC155A" w:rsidRPr="00082284" w:rsidRDefault="00EC155A" w:rsidP="00082284">
            <w:pPr>
              <w:jc w:val="both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C155A" w:rsidRPr="00082284" w14:paraId="290E4235" w14:textId="77777777" w:rsidTr="00082284">
        <w:trPr>
          <w:trHeight w:val="510"/>
          <w:jc w:val="center"/>
        </w:trPr>
        <w:tc>
          <w:tcPr>
            <w:tcW w:w="1985" w:type="dxa"/>
            <w:shd w:val="clear" w:color="auto" w:fill="EDEDED"/>
            <w:vAlign w:val="center"/>
          </w:tcPr>
          <w:p w14:paraId="026A259B" w14:textId="77777777" w:rsidR="00EC155A" w:rsidRPr="00082284" w:rsidRDefault="00BF66A0" w:rsidP="000822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proofErr w:type="spellStart"/>
            <w:r w:rsidRPr="00082284">
              <w:rPr>
                <w:rFonts w:ascii="BIZ UDゴシック" w:eastAsia="BIZ UDゴシック" w:hAnsi="BIZ UDゴシック"/>
                <w:sz w:val="22"/>
              </w:rPr>
              <w:t>担当者名</w:t>
            </w:r>
            <w:proofErr w:type="spellEnd"/>
          </w:p>
        </w:tc>
        <w:tc>
          <w:tcPr>
            <w:tcW w:w="7761" w:type="dxa"/>
            <w:vAlign w:val="center"/>
          </w:tcPr>
          <w:p w14:paraId="3D31581E" w14:textId="7BFC653F" w:rsidR="00EC155A" w:rsidRPr="00082284" w:rsidRDefault="00EC155A" w:rsidP="00082284">
            <w:pPr>
              <w:jc w:val="both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52ADC024" w14:textId="77777777" w:rsidR="00AD3190" w:rsidRDefault="00AD3190" w:rsidP="00AD3190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535B33CE" w14:textId="77777777" w:rsidR="00092AC1" w:rsidRDefault="00092AC1" w:rsidP="00AD3190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1E866D87" w14:textId="6EB108CE" w:rsidR="00AD3190" w:rsidRPr="00082284" w:rsidRDefault="00AD3190" w:rsidP="00AD3190">
      <w:pPr>
        <w:spacing w:before="240" w:after="8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b/>
          <w:sz w:val="22"/>
          <w:lang w:eastAsia="ja-JP"/>
        </w:rPr>
        <w:t>２</w:t>
      </w:r>
      <w:r w:rsidRPr="00082284">
        <w:rPr>
          <w:rFonts w:ascii="BIZ UDゴシック" w:eastAsia="BIZ UDゴシック" w:hAnsi="BIZ UDゴシック"/>
          <w:b/>
          <w:sz w:val="22"/>
        </w:rPr>
        <w:t xml:space="preserve">　</w:t>
      </w:r>
      <w:r>
        <w:rPr>
          <w:rFonts w:ascii="BIZ UDゴシック" w:eastAsia="BIZ UDゴシック" w:hAnsi="BIZ UDゴシック" w:hint="eastAsia"/>
          <w:b/>
          <w:sz w:val="22"/>
          <w:lang w:eastAsia="ja-JP"/>
        </w:rPr>
        <w:t>活動</w:t>
      </w:r>
      <w:proofErr w:type="spellStart"/>
      <w:r w:rsidRPr="00082284">
        <w:rPr>
          <w:rFonts w:ascii="BIZ UDゴシック" w:eastAsia="BIZ UDゴシック" w:hAnsi="BIZ UDゴシック"/>
          <w:b/>
          <w:sz w:val="22"/>
        </w:rPr>
        <w:t>について</w:t>
      </w:r>
      <w:proofErr w:type="spellEnd"/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983"/>
        <w:gridCol w:w="7753"/>
      </w:tblGrid>
      <w:tr w:rsidR="00AD3190" w:rsidRPr="00082284" w14:paraId="3C734386" w14:textId="77777777" w:rsidTr="00DC133A">
        <w:trPr>
          <w:trHeight w:val="510"/>
          <w:jc w:val="center"/>
        </w:trPr>
        <w:tc>
          <w:tcPr>
            <w:tcW w:w="1985" w:type="dxa"/>
            <w:shd w:val="clear" w:color="auto" w:fill="EDEDED"/>
            <w:vAlign w:val="center"/>
          </w:tcPr>
          <w:p w14:paraId="262490F6" w14:textId="2D5253D4" w:rsidR="00AD3190" w:rsidRPr="00082284" w:rsidRDefault="00AD3190" w:rsidP="00DC133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lang w:eastAsia="ja-JP"/>
              </w:rPr>
              <w:t>活動名称</w:t>
            </w:r>
          </w:p>
        </w:tc>
        <w:tc>
          <w:tcPr>
            <w:tcW w:w="7761" w:type="dxa"/>
            <w:vAlign w:val="center"/>
          </w:tcPr>
          <w:p w14:paraId="63D9FAB1" w14:textId="77777777" w:rsidR="00AD3190" w:rsidRPr="00082284" w:rsidRDefault="00AD3190" w:rsidP="00DC133A">
            <w:pPr>
              <w:jc w:val="both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AD3190" w:rsidRPr="00082284" w14:paraId="046E0559" w14:textId="77777777" w:rsidTr="00DC133A">
        <w:trPr>
          <w:trHeight w:val="510"/>
          <w:jc w:val="center"/>
        </w:trPr>
        <w:tc>
          <w:tcPr>
            <w:tcW w:w="1985" w:type="dxa"/>
            <w:shd w:val="clear" w:color="auto" w:fill="EDEDED"/>
            <w:vAlign w:val="center"/>
          </w:tcPr>
          <w:p w14:paraId="2CF242BF" w14:textId="058243AE" w:rsidR="00AD3190" w:rsidRPr="00082284" w:rsidRDefault="00AD3190" w:rsidP="00DC133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lang w:eastAsia="ja-JP"/>
              </w:rPr>
              <w:t>活動場所・地域</w:t>
            </w:r>
          </w:p>
        </w:tc>
        <w:tc>
          <w:tcPr>
            <w:tcW w:w="7761" w:type="dxa"/>
            <w:vAlign w:val="center"/>
          </w:tcPr>
          <w:p w14:paraId="64F775C5" w14:textId="77777777" w:rsidR="00AD3190" w:rsidRPr="00082284" w:rsidRDefault="00AD3190" w:rsidP="00DC133A">
            <w:pPr>
              <w:jc w:val="both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AD3190" w:rsidRPr="00082284" w14:paraId="73525198" w14:textId="77777777" w:rsidTr="00783732">
        <w:trPr>
          <w:trHeight w:val="2070"/>
          <w:jc w:val="center"/>
        </w:trPr>
        <w:tc>
          <w:tcPr>
            <w:tcW w:w="1985" w:type="dxa"/>
            <w:shd w:val="clear" w:color="auto" w:fill="EDEDED"/>
            <w:vAlign w:val="center"/>
          </w:tcPr>
          <w:p w14:paraId="0BCFE7B3" w14:textId="2B7CDDD0" w:rsidR="00F3274D" w:rsidRPr="00082284" w:rsidRDefault="00AD3190" w:rsidP="00F3274D">
            <w:pPr>
              <w:jc w:val="center"/>
              <w:rPr>
                <w:rFonts w:ascii="BIZ UDゴシック" w:eastAsia="BIZ UDゴシック" w:hAnsi="BIZ UDゴシック"/>
                <w:sz w:val="22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2"/>
                <w:lang w:eastAsia="ja-JP"/>
              </w:rPr>
              <w:t>活動内容</w:t>
            </w:r>
          </w:p>
        </w:tc>
        <w:tc>
          <w:tcPr>
            <w:tcW w:w="7761" w:type="dxa"/>
            <w:vAlign w:val="center"/>
          </w:tcPr>
          <w:p w14:paraId="28F2D27F" w14:textId="77777777" w:rsidR="00AD3190" w:rsidRDefault="00F3274D" w:rsidP="00DC133A">
            <w:pPr>
              <w:jc w:val="both"/>
              <w:rPr>
                <w:rFonts w:ascii="BIZ UDゴシック" w:eastAsia="BIZ UDゴシック" w:hAnsi="BIZ UDゴシック"/>
                <w:sz w:val="22"/>
                <w:lang w:eastAsia="ja-JP"/>
              </w:rPr>
            </w:pPr>
            <w:r>
              <w:rPr>
                <w:rFonts w:ascii="BIZ UDゴシック" w:eastAsia="BIZ UDゴシック" w:hAnsi="BIZ UDゴシック"/>
                <w:sz w:val="22"/>
                <w:lang w:eastAsia="ja-JP"/>
              </w:rPr>
              <w:t>【内容】</w:t>
            </w:r>
          </w:p>
          <w:p w14:paraId="49319AC3" w14:textId="77777777" w:rsidR="00F3274D" w:rsidRDefault="00F3274D" w:rsidP="00DC133A">
            <w:pPr>
              <w:jc w:val="both"/>
              <w:rPr>
                <w:rFonts w:ascii="BIZ UDゴシック" w:eastAsia="BIZ UDゴシック" w:hAnsi="BIZ UDゴシック"/>
                <w:sz w:val="22"/>
                <w:lang w:eastAsia="ja-JP"/>
              </w:rPr>
            </w:pPr>
          </w:p>
          <w:p w14:paraId="34B6B946" w14:textId="77777777" w:rsidR="00F3274D" w:rsidRDefault="00F3274D" w:rsidP="00DC133A">
            <w:pPr>
              <w:jc w:val="both"/>
              <w:rPr>
                <w:rFonts w:ascii="BIZ UDゴシック" w:eastAsia="BIZ UDゴシック" w:hAnsi="BIZ UDゴシック"/>
                <w:sz w:val="22"/>
                <w:lang w:eastAsia="ja-JP"/>
              </w:rPr>
            </w:pPr>
          </w:p>
          <w:p w14:paraId="7776E150" w14:textId="77777777" w:rsidR="00F3274D" w:rsidRDefault="00F3274D" w:rsidP="00DC133A">
            <w:pPr>
              <w:jc w:val="both"/>
              <w:rPr>
                <w:rFonts w:ascii="BIZ UDゴシック" w:eastAsia="BIZ UDゴシック" w:hAnsi="BIZ UDゴシック"/>
                <w:sz w:val="22"/>
                <w:lang w:eastAsia="ja-JP"/>
              </w:rPr>
            </w:pPr>
          </w:p>
          <w:p w14:paraId="1591B275" w14:textId="77777777" w:rsidR="00F3274D" w:rsidRDefault="00F3274D" w:rsidP="00DC133A">
            <w:pPr>
              <w:jc w:val="both"/>
              <w:rPr>
                <w:rFonts w:ascii="BIZ UDゴシック" w:eastAsia="BIZ UDゴシック" w:hAnsi="BIZ UDゴシック"/>
                <w:sz w:val="22"/>
                <w:lang w:eastAsia="ja-JP"/>
              </w:rPr>
            </w:pPr>
          </w:p>
          <w:p w14:paraId="201A88D9" w14:textId="77777777" w:rsidR="00F3274D" w:rsidRDefault="00F3274D" w:rsidP="00DC133A">
            <w:pPr>
              <w:jc w:val="both"/>
              <w:rPr>
                <w:rFonts w:ascii="BIZ UDゴシック" w:eastAsia="BIZ UDゴシック" w:hAnsi="BIZ UDゴシック"/>
                <w:sz w:val="22"/>
                <w:lang w:eastAsia="ja-JP"/>
              </w:rPr>
            </w:pPr>
            <w:r>
              <w:rPr>
                <w:rFonts w:ascii="BIZ UDゴシック" w:eastAsia="BIZ UDゴシック" w:hAnsi="BIZ UDゴシック"/>
                <w:sz w:val="22"/>
                <w:lang w:eastAsia="ja-JP"/>
              </w:rPr>
              <w:t>【</w:t>
            </w:r>
            <w:r>
              <w:rPr>
                <w:rFonts w:ascii="BIZ UDゴシック" w:eastAsia="BIZ UDゴシック" w:hAnsi="BIZ UDゴシック" w:hint="eastAsia"/>
                <w:sz w:val="22"/>
                <w:lang w:eastAsia="ja-JP"/>
              </w:rPr>
              <w:t>参考URL、SNSアカウント等】</w:t>
            </w:r>
          </w:p>
          <w:p w14:paraId="41F872A1" w14:textId="0844404B" w:rsidR="00F3274D" w:rsidRPr="00F3274D" w:rsidRDefault="00F3274D" w:rsidP="00DC133A">
            <w:pPr>
              <w:jc w:val="both"/>
              <w:rPr>
                <w:rFonts w:ascii="BIZ UDゴシック" w:eastAsia="BIZ UDゴシック" w:hAnsi="BIZ UDゴシック"/>
                <w:sz w:val="22"/>
                <w:lang w:eastAsia="ja-JP"/>
              </w:rPr>
            </w:pPr>
          </w:p>
        </w:tc>
      </w:tr>
    </w:tbl>
    <w:p w14:paraId="37B191F5" w14:textId="22D87EE9" w:rsidR="00AD3190" w:rsidRPr="00AD3190" w:rsidRDefault="00AD3190" w:rsidP="00AD3190">
      <w:pPr>
        <w:pStyle w:val="ae"/>
        <w:numPr>
          <w:ilvl w:val="0"/>
          <w:numId w:val="10"/>
        </w:num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  <w:r w:rsidRPr="00AD3190">
        <w:rPr>
          <w:rFonts w:ascii="BIZ UDゴシック" w:eastAsia="BIZ UDゴシック" w:hAnsi="BIZ UDゴシック" w:hint="eastAsia"/>
          <w:b/>
          <w:sz w:val="22"/>
          <w:lang w:eastAsia="ja-JP"/>
        </w:rPr>
        <w:t>上記２の内容について、市ホームページ等で公開することに同意します。</w:t>
      </w:r>
    </w:p>
    <w:p w14:paraId="15452639" w14:textId="77777777" w:rsidR="00082284" w:rsidRDefault="00082284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67A978D3" w14:textId="77777777" w:rsidR="00AD3190" w:rsidRDefault="00AD3190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230EA46D" w14:textId="091326C4" w:rsidR="00EC155A" w:rsidRPr="00082284" w:rsidRDefault="00AD3190">
      <w:pPr>
        <w:spacing w:before="240" w:after="80"/>
        <w:rPr>
          <w:rFonts w:ascii="BIZ UDゴシック" w:eastAsia="BIZ UDゴシック" w:hAnsi="BIZ UDゴシック"/>
          <w:sz w:val="22"/>
          <w:lang w:eastAsia="ja-JP"/>
        </w:rPr>
      </w:pPr>
      <w:r>
        <w:rPr>
          <w:rFonts w:ascii="BIZ UDゴシック" w:eastAsia="BIZ UDゴシック" w:hAnsi="BIZ UDゴシック" w:hint="eastAsia"/>
          <w:b/>
          <w:sz w:val="22"/>
          <w:lang w:eastAsia="ja-JP"/>
        </w:rPr>
        <w:t>３</w:t>
      </w:r>
      <w:r w:rsidR="00BF66A0" w:rsidRPr="00082284">
        <w:rPr>
          <w:rFonts w:ascii="BIZ UDゴシック" w:eastAsia="BIZ UDゴシック" w:hAnsi="BIZ UDゴシック"/>
          <w:b/>
          <w:sz w:val="22"/>
          <w:lang w:eastAsia="ja-JP"/>
        </w:rPr>
        <w:t xml:space="preserve">　あなたの「場」について</w:t>
      </w:r>
    </w:p>
    <w:p w14:paraId="03C6B3C8" w14:textId="77777777" w:rsidR="00EC155A" w:rsidRPr="00082284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b/>
          <w:sz w:val="22"/>
          <w:lang w:eastAsia="ja-JP"/>
        </w:rPr>
        <w:t>（1）どのような場所・活動ですか？</w:t>
      </w:r>
    </w:p>
    <w:p w14:paraId="78EBAC63" w14:textId="77777777" w:rsidR="00EC155A" w:rsidRPr="00082284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店舗・事業所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飲食店・カフェ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美容・理美容関連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地域活動・コミュニティ</w:t>
      </w:r>
    </w:p>
    <w:p w14:paraId="634D4BCE" w14:textId="77777777" w:rsidR="00082284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NPO・市民活動団体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サークル・任意団体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オンラインコミュニティ　</w:t>
      </w:r>
    </w:p>
    <w:p w14:paraId="04413CAB" w14:textId="6FBEBE56" w:rsidR="00EC155A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その他（　　　　</w:t>
      </w:r>
      <w:r w:rsidR="00082284">
        <w:rPr>
          <w:rFonts w:ascii="BIZ UDゴシック" w:eastAsia="BIZ UDゴシック" w:hAnsi="BIZ UDゴシック" w:hint="eastAsia"/>
          <w:sz w:val="22"/>
          <w:lang w:eastAsia="ja-JP"/>
        </w:rPr>
        <w:t xml:space="preserve">　　　　　　　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　　　　　）</w:t>
      </w:r>
    </w:p>
    <w:p w14:paraId="4B6CA397" w14:textId="77777777" w:rsidR="00092AC1" w:rsidRPr="00082284" w:rsidRDefault="00092AC1">
      <w:pPr>
        <w:rPr>
          <w:rFonts w:ascii="BIZ UDゴシック" w:eastAsia="BIZ UDゴシック" w:hAnsi="BIZ UDゴシック"/>
          <w:sz w:val="22"/>
          <w:lang w:eastAsia="ja-JP"/>
        </w:rPr>
      </w:pPr>
    </w:p>
    <w:p w14:paraId="55C11269" w14:textId="51F30A2A" w:rsidR="00EC155A" w:rsidRPr="00082284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b/>
          <w:sz w:val="22"/>
          <w:lang w:eastAsia="ja-JP"/>
        </w:rPr>
        <w:t>（2）</w:t>
      </w:r>
      <w:r w:rsidR="00082284">
        <w:rPr>
          <w:rFonts w:ascii="BIZ UDゴシック" w:eastAsia="BIZ UDゴシック" w:hAnsi="BIZ UDゴシック" w:hint="eastAsia"/>
          <w:b/>
          <w:sz w:val="22"/>
          <w:lang w:eastAsia="ja-JP"/>
        </w:rPr>
        <w:t>主に</w:t>
      </w:r>
      <w:r w:rsidRPr="00082284">
        <w:rPr>
          <w:rFonts w:ascii="BIZ UDゴシック" w:eastAsia="BIZ UDゴシック" w:hAnsi="BIZ UDゴシック"/>
          <w:b/>
          <w:sz w:val="22"/>
          <w:lang w:eastAsia="ja-JP"/>
        </w:rPr>
        <w:t>どのような女性が、どのような目的で訪れる場所ですか？</w:t>
      </w:r>
    </w:p>
    <w:p w14:paraId="6AEC1903" w14:textId="77777777" w:rsidR="00EC155A" w:rsidRPr="00082284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sz w:val="22"/>
          <w:lang w:eastAsia="ja-JP"/>
        </w:rPr>
        <w:t>例：仕事や家庭のことを気軽に話したい人、地域の人とつながりたい人、新しいことを始めたい人　など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9727"/>
      </w:tblGrid>
      <w:tr w:rsidR="00082284" w14:paraId="4C8F9CBF" w14:textId="77777777" w:rsidTr="00082284">
        <w:trPr>
          <w:trHeight w:val="1984"/>
        </w:trPr>
        <w:tc>
          <w:tcPr>
            <w:tcW w:w="9944" w:type="dxa"/>
          </w:tcPr>
          <w:p w14:paraId="256C734A" w14:textId="77777777" w:rsidR="00082284" w:rsidRDefault="00082284">
            <w:pPr>
              <w:rPr>
                <w:rFonts w:ascii="BIZ UDゴシック" w:eastAsia="BIZ UDゴシック" w:hAnsi="BIZ UDゴシック"/>
                <w:lang w:eastAsia="ja-JP"/>
              </w:rPr>
            </w:pPr>
          </w:p>
        </w:tc>
      </w:tr>
    </w:tbl>
    <w:p w14:paraId="7E88843E" w14:textId="27BDFF95" w:rsidR="00EC155A" w:rsidRPr="00082284" w:rsidRDefault="00EC155A">
      <w:pPr>
        <w:spacing w:after="0"/>
        <w:rPr>
          <w:rFonts w:ascii="BIZ UDゴシック" w:eastAsia="BIZ UDゴシック" w:hAnsi="BIZ UDゴシック"/>
          <w:lang w:eastAsia="ja-JP"/>
        </w:rPr>
      </w:pPr>
    </w:p>
    <w:p w14:paraId="56463DFA" w14:textId="77777777" w:rsidR="00EC155A" w:rsidRPr="00082284" w:rsidRDefault="00BF66A0">
      <w:pPr>
        <w:spacing w:after="0"/>
        <w:rPr>
          <w:rFonts w:ascii="BIZ UDゴシック" w:eastAsia="BIZ UDゴシック" w:hAnsi="BIZ UDゴシック"/>
          <w:lang w:eastAsia="ja-JP"/>
        </w:rPr>
      </w:pPr>
      <w:r w:rsidRPr="00082284">
        <w:rPr>
          <w:rFonts w:ascii="BIZ UDゴシック" w:eastAsia="BIZ UDゴシック" w:hAnsi="BIZ UDゴシック"/>
          <w:u w:val="single"/>
          <w:lang w:eastAsia="ja-JP"/>
        </w:rPr>
        <w:t xml:space="preserve">　　　　　　　　　　　　　　　　　　　　　　　　　　　　　　　　　　　　　　　　　</w:t>
      </w:r>
    </w:p>
    <w:p w14:paraId="5FC4789C" w14:textId="77777777" w:rsidR="00EC155A" w:rsidRPr="00082284" w:rsidRDefault="00BF66A0" w:rsidP="00082284">
      <w:pPr>
        <w:spacing w:after="40" w:line="240" w:lineRule="auto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b/>
          <w:sz w:val="22"/>
          <w:lang w:eastAsia="ja-JP"/>
        </w:rPr>
        <w:t>（3）女性が「安心して過ごせる・話せる場」とするために、意識していることはありますか？</w:t>
      </w:r>
    </w:p>
    <w:p w14:paraId="72EE9E62" w14:textId="77777777" w:rsidR="00082284" w:rsidRDefault="00BF66A0" w:rsidP="00082284">
      <w:pPr>
        <w:spacing w:line="240" w:lineRule="auto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話したくないことを無理に聞かない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相手の話を否定せずに聴く　</w:t>
      </w:r>
    </w:p>
    <w:p w14:paraId="419E1E34" w14:textId="77777777" w:rsidR="00082284" w:rsidRDefault="00BF66A0" w:rsidP="00082284">
      <w:pPr>
        <w:spacing w:line="240" w:lineRule="auto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一人ひとりの価値観や選択を尊重する</w:t>
      </w:r>
      <w:r w:rsidR="00082284">
        <w:rPr>
          <w:rFonts w:ascii="BIZ UDゴシック" w:eastAsia="BIZ UDゴシック" w:hAnsi="BIZ UDゴシック" w:hint="eastAsia"/>
          <w:sz w:val="22"/>
          <w:lang w:eastAsia="ja-JP"/>
        </w:rPr>
        <w:t xml:space="preserve">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他の人に聞かれたくない話に配慮する　</w:t>
      </w:r>
    </w:p>
    <w:p w14:paraId="2734A39F" w14:textId="77777777" w:rsidR="00082284" w:rsidRDefault="00BF66A0" w:rsidP="00082284">
      <w:pPr>
        <w:spacing w:line="240" w:lineRule="auto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利用者が過ごしやすい雰囲気づくりを行っている　</w:t>
      </w:r>
    </w:p>
    <w:p w14:paraId="1F270D19" w14:textId="69F99777" w:rsidR="00EC155A" w:rsidRPr="00082284" w:rsidRDefault="00BF66A0" w:rsidP="00082284">
      <w:pPr>
        <w:spacing w:line="240" w:lineRule="auto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その他（</w:t>
      </w:r>
      <w:r w:rsidR="00082284">
        <w:rPr>
          <w:rFonts w:ascii="BIZ UDゴシック" w:eastAsia="BIZ UDゴシック" w:hAnsi="BIZ UDゴシック" w:hint="eastAsia"/>
          <w:sz w:val="22"/>
          <w:lang w:eastAsia="ja-JP"/>
        </w:rPr>
        <w:t xml:space="preserve">　　　　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　　　　　　　　　）</w:t>
      </w:r>
    </w:p>
    <w:p w14:paraId="293D4BB9" w14:textId="77777777" w:rsidR="00082284" w:rsidRDefault="00082284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382E4110" w14:textId="006F03B9" w:rsidR="00EC155A" w:rsidRPr="00082284" w:rsidRDefault="00AD3190">
      <w:pPr>
        <w:spacing w:before="240" w:after="80"/>
        <w:rPr>
          <w:rFonts w:ascii="BIZ UDゴシック" w:eastAsia="BIZ UDゴシック" w:hAnsi="BIZ UDゴシック"/>
          <w:sz w:val="22"/>
          <w:lang w:eastAsia="ja-JP"/>
        </w:rPr>
      </w:pPr>
      <w:r>
        <w:rPr>
          <w:rFonts w:ascii="BIZ UDゴシック" w:eastAsia="BIZ UDゴシック" w:hAnsi="BIZ UDゴシック" w:hint="eastAsia"/>
          <w:b/>
          <w:sz w:val="22"/>
          <w:lang w:eastAsia="ja-JP"/>
        </w:rPr>
        <w:t>４</w:t>
      </w:r>
      <w:r w:rsidR="00BF66A0" w:rsidRPr="00082284">
        <w:rPr>
          <w:rFonts w:ascii="BIZ UDゴシック" w:eastAsia="BIZ UDゴシック" w:hAnsi="BIZ UDゴシック"/>
          <w:b/>
          <w:sz w:val="22"/>
          <w:lang w:eastAsia="ja-JP"/>
        </w:rPr>
        <w:t xml:space="preserve">　あなた自身・スタッフについて</w:t>
      </w:r>
    </w:p>
    <w:p w14:paraId="6182D981" w14:textId="77777777" w:rsidR="00EC155A" w:rsidRPr="00082284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b/>
          <w:sz w:val="22"/>
          <w:lang w:eastAsia="ja-JP"/>
        </w:rPr>
        <w:t>（1）女性の話を聴くときに、大切にしていることは何ですか？</w:t>
      </w:r>
    </w:p>
    <w:p w14:paraId="4D602AA0" w14:textId="77777777" w:rsidR="00082284" w:rsidRPr="00082284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まず話を聴くことを大切にしている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相手の気持ちや価値観を尊重する　</w:t>
      </w:r>
    </w:p>
    <w:p w14:paraId="4E86B796" w14:textId="077DFE4E" w:rsidR="00EC155A" w:rsidRPr="00082284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自分の考えを押し付けない</w:t>
      </w:r>
      <w:r w:rsidR="00082284" w:rsidRPr="00082284">
        <w:rPr>
          <w:rFonts w:ascii="BIZ UDゴシック" w:eastAsia="BIZ UDゴシック" w:hAnsi="BIZ UDゴシック" w:hint="eastAsia"/>
          <w:sz w:val="22"/>
          <w:lang w:eastAsia="ja-JP"/>
        </w:rPr>
        <w:t xml:space="preserve">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必要以上に踏み込まない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本人がどうしたいかを大切にする　</w:t>
      </w: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必要に応じて、他の人や機関につなぐ</w:t>
      </w:r>
    </w:p>
    <w:p w14:paraId="213DDA6C" w14:textId="2C7ED00D" w:rsidR="00EC155A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 その他（　　</w:t>
      </w:r>
      <w:r w:rsidR="00260E59">
        <w:rPr>
          <w:rFonts w:ascii="BIZ UDゴシック" w:eastAsia="BIZ UDゴシック" w:hAnsi="BIZ UDゴシック" w:hint="eastAsia"/>
          <w:sz w:val="22"/>
          <w:lang w:eastAsia="ja-JP"/>
        </w:rPr>
        <w:t xml:space="preserve">　　　　　　　　　　　</w:t>
      </w:r>
      <w:r w:rsidRPr="00082284">
        <w:rPr>
          <w:rFonts w:ascii="BIZ UDゴシック" w:eastAsia="BIZ UDゴシック" w:hAnsi="BIZ UDゴシック"/>
          <w:sz w:val="22"/>
          <w:lang w:eastAsia="ja-JP"/>
        </w:rPr>
        <w:t xml:space="preserve">　　　　　　　）</w:t>
      </w:r>
    </w:p>
    <w:p w14:paraId="57AAF2EE" w14:textId="77777777" w:rsidR="00AD3190" w:rsidRPr="00082284" w:rsidRDefault="00AD3190">
      <w:pPr>
        <w:rPr>
          <w:rFonts w:ascii="BIZ UDゴシック" w:eastAsia="BIZ UDゴシック" w:hAnsi="BIZ UDゴシック"/>
          <w:sz w:val="22"/>
          <w:lang w:eastAsia="ja-JP"/>
        </w:rPr>
      </w:pPr>
    </w:p>
    <w:p w14:paraId="5CF12E69" w14:textId="77777777" w:rsidR="00EC155A" w:rsidRPr="00082284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b/>
          <w:sz w:val="22"/>
          <w:lang w:eastAsia="ja-JP"/>
        </w:rPr>
        <w:lastRenderedPageBreak/>
        <w:t>（2）あなたが「女性の話を聴くこと」で大切にしていること、心がけていることがあれば教えてください。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9727"/>
      </w:tblGrid>
      <w:tr w:rsidR="00082284" w14:paraId="59FC0A07" w14:textId="77777777" w:rsidTr="00082284">
        <w:trPr>
          <w:trHeight w:val="2041"/>
        </w:trPr>
        <w:tc>
          <w:tcPr>
            <w:tcW w:w="9944" w:type="dxa"/>
          </w:tcPr>
          <w:p w14:paraId="1B8BB719" w14:textId="77777777" w:rsidR="00082284" w:rsidRDefault="00082284">
            <w:pPr>
              <w:rPr>
                <w:rFonts w:ascii="BIZ UDゴシック" w:eastAsia="BIZ UDゴシック" w:hAnsi="BIZ UDゴシック"/>
                <w:lang w:eastAsia="ja-JP"/>
              </w:rPr>
            </w:pPr>
          </w:p>
        </w:tc>
      </w:tr>
    </w:tbl>
    <w:p w14:paraId="2B8E4F6F" w14:textId="22BA1ECF" w:rsidR="00EC155A" w:rsidRDefault="00EC155A">
      <w:pPr>
        <w:spacing w:after="0"/>
        <w:rPr>
          <w:rFonts w:ascii="BIZ UDゴシック" w:eastAsia="BIZ UDゴシック" w:hAnsi="BIZ UDゴシック"/>
          <w:lang w:eastAsia="ja-JP"/>
        </w:rPr>
      </w:pPr>
    </w:p>
    <w:p w14:paraId="045248B5" w14:textId="15E5B9E7" w:rsidR="00EC155A" w:rsidRPr="00260E59" w:rsidRDefault="00AD3190">
      <w:pPr>
        <w:spacing w:before="240" w:after="80"/>
        <w:rPr>
          <w:rFonts w:ascii="BIZ UDゴシック" w:eastAsia="BIZ UDゴシック" w:hAnsi="BIZ UDゴシック"/>
          <w:sz w:val="22"/>
          <w:lang w:eastAsia="ja-JP"/>
        </w:rPr>
      </w:pPr>
      <w:r>
        <w:rPr>
          <w:rFonts w:ascii="BIZ UDゴシック" w:eastAsia="BIZ UDゴシック" w:hAnsi="BIZ UDゴシック" w:hint="eastAsia"/>
          <w:b/>
          <w:sz w:val="22"/>
          <w:lang w:eastAsia="ja-JP"/>
        </w:rPr>
        <w:t>５</w:t>
      </w:r>
      <w:r w:rsidR="00BF66A0" w:rsidRPr="00260E59">
        <w:rPr>
          <w:rFonts w:ascii="BIZ UDゴシック" w:eastAsia="BIZ UDゴシック" w:hAnsi="BIZ UDゴシック"/>
          <w:b/>
          <w:sz w:val="22"/>
          <w:lang w:eastAsia="ja-JP"/>
        </w:rPr>
        <w:t xml:space="preserve">　どのような「活動」をしていますか？</w:t>
      </w:r>
    </w:p>
    <w:p w14:paraId="63BC00D9" w14:textId="77777777" w:rsidR="00EC155A" w:rsidRPr="00260E59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b/>
          <w:sz w:val="22"/>
          <w:lang w:eastAsia="ja-JP"/>
        </w:rPr>
        <w:t>（1）現在行っている活動について、当てはまるものにチェックしてください。（複数可）</w:t>
      </w:r>
    </w:p>
    <w:p w14:paraId="3E796E68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日常的な会話・交流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女性同士の交流・集まり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イベント・ワークショップ</w:t>
      </w:r>
    </w:p>
    <w:p w14:paraId="538D62FF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情報提供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相談・話を聴く機会の提供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人と人をつなぐ活動</w:t>
      </w:r>
    </w:p>
    <w:p w14:paraId="66EA48FF" w14:textId="77777777" w:rsidR="00082284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地域・地域活動につなぐ活動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仕事・学び・挑戦などの機会につなぐ活動　</w:t>
      </w:r>
    </w:p>
    <w:p w14:paraId="721BBAF5" w14:textId="63D1139D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オンラインでの交流</w:t>
      </w:r>
    </w:p>
    <w:p w14:paraId="2CE03F8B" w14:textId="5E586F44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その他（</w:t>
      </w:r>
      <w:r w:rsidR="00082284" w:rsidRPr="00260E59">
        <w:rPr>
          <w:rFonts w:ascii="BIZ UDゴシック" w:eastAsia="BIZ UDゴシック" w:hAnsi="BIZ UDゴシック" w:hint="eastAsia"/>
          <w:sz w:val="22"/>
          <w:lang w:eastAsia="ja-JP"/>
        </w:rPr>
        <w:t xml:space="preserve">　　　　　　　　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　　　　　　　　　）</w:t>
      </w:r>
    </w:p>
    <w:p w14:paraId="6E235BAD" w14:textId="77777777" w:rsidR="00260E59" w:rsidRDefault="00260E59">
      <w:pPr>
        <w:spacing w:before="100" w:after="4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376C5AD1" w14:textId="77777777" w:rsidR="00260E59" w:rsidRDefault="00260E59">
      <w:pPr>
        <w:spacing w:before="100" w:after="4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31F278C3" w14:textId="5D80F60E" w:rsidR="00EC155A" w:rsidRPr="00260E59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b/>
          <w:sz w:val="22"/>
          <w:lang w:eastAsia="ja-JP"/>
        </w:rPr>
        <w:t>（2）具体的にどのような活動をしていますか？</w:t>
      </w:r>
    </w:p>
    <w:p w14:paraId="3E0F8C55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sz w:val="22"/>
          <w:lang w:eastAsia="ja-JP"/>
        </w:rPr>
        <w:t>「いつ・どこで・誰が・どのようなことをしているか」が分かる程度で記載してください。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9727"/>
      </w:tblGrid>
      <w:tr w:rsidR="00260E59" w14:paraId="554B6BA5" w14:textId="77777777" w:rsidTr="00260E59">
        <w:trPr>
          <w:trHeight w:val="2778"/>
        </w:trPr>
        <w:tc>
          <w:tcPr>
            <w:tcW w:w="9944" w:type="dxa"/>
          </w:tcPr>
          <w:p w14:paraId="11145D49" w14:textId="77777777" w:rsidR="00260E59" w:rsidRDefault="00260E59">
            <w:pPr>
              <w:rPr>
                <w:rFonts w:ascii="BIZ UDゴシック" w:eastAsia="BIZ UDゴシック" w:hAnsi="BIZ UDゴシック"/>
                <w:sz w:val="22"/>
                <w:lang w:eastAsia="ja-JP"/>
              </w:rPr>
            </w:pPr>
          </w:p>
        </w:tc>
      </w:tr>
    </w:tbl>
    <w:p w14:paraId="67829EE0" w14:textId="77777777" w:rsidR="00EC155A" w:rsidRDefault="00BF66A0">
      <w:pPr>
        <w:spacing w:after="0"/>
        <w:rPr>
          <w:rFonts w:ascii="BIZ UDゴシック" w:eastAsia="BIZ UDゴシック" w:hAnsi="BIZ UDゴシック"/>
          <w:sz w:val="22"/>
          <w:u w:val="single"/>
          <w:lang w:eastAsia="ja-JP"/>
        </w:rPr>
      </w:pPr>
      <w:r w:rsidRPr="00082284">
        <w:rPr>
          <w:rFonts w:ascii="BIZ UDゴシック" w:eastAsia="BIZ UDゴシック" w:hAnsi="BIZ UDゴシック"/>
          <w:sz w:val="22"/>
          <w:u w:val="single"/>
          <w:lang w:eastAsia="ja-JP"/>
        </w:rPr>
        <w:t xml:space="preserve">　　　　　　　　　　　　　　　　　　　　　　　　　　　　　　　　　　　　　　　　　</w:t>
      </w:r>
    </w:p>
    <w:p w14:paraId="43205E7A" w14:textId="77777777" w:rsidR="00092AC1" w:rsidRDefault="00092AC1">
      <w:pPr>
        <w:spacing w:after="0"/>
        <w:rPr>
          <w:rFonts w:ascii="BIZ UDゴシック" w:eastAsia="BIZ UDゴシック" w:hAnsi="BIZ UDゴシック"/>
          <w:sz w:val="22"/>
          <w:u w:val="single"/>
          <w:lang w:eastAsia="ja-JP"/>
        </w:rPr>
      </w:pPr>
    </w:p>
    <w:p w14:paraId="4F976611" w14:textId="77777777" w:rsidR="00092AC1" w:rsidRDefault="00092AC1">
      <w:pPr>
        <w:spacing w:after="0"/>
        <w:rPr>
          <w:rFonts w:ascii="BIZ UDゴシック" w:eastAsia="BIZ UDゴシック" w:hAnsi="BIZ UDゴシック"/>
          <w:sz w:val="22"/>
          <w:u w:val="single"/>
          <w:lang w:eastAsia="ja-JP"/>
        </w:rPr>
      </w:pPr>
    </w:p>
    <w:p w14:paraId="183880A5" w14:textId="77777777" w:rsidR="00092AC1" w:rsidRDefault="00092AC1">
      <w:pPr>
        <w:spacing w:after="0"/>
        <w:rPr>
          <w:rFonts w:ascii="BIZ UDゴシック" w:eastAsia="BIZ UDゴシック" w:hAnsi="BIZ UDゴシック"/>
          <w:sz w:val="22"/>
          <w:u w:val="single"/>
          <w:lang w:eastAsia="ja-JP"/>
        </w:rPr>
      </w:pPr>
    </w:p>
    <w:p w14:paraId="40867621" w14:textId="77777777" w:rsidR="00092AC1" w:rsidRDefault="00092AC1">
      <w:pPr>
        <w:spacing w:after="0"/>
        <w:rPr>
          <w:rFonts w:ascii="BIZ UDゴシック" w:eastAsia="BIZ UDゴシック" w:hAnsi="BIZ UDゴシック"/>
          <w:sz w:val="22"/>
          <w:u w:val="single"/>
          <w:lang w:eastAsia="ja-JP"/>
        </w:rPr>
      </w:pPr>
    </w:p>
    <w:p w14:paraId="0E3F32A3" w14:textId="77777777" w:rsidR="00092AC1" w:rsidRPr="00082284" w:rsidRDefault="00092AC1">
      <w:pPr>
        <w:spacing w:after="0"/>
        <w:rPr>
          <w:rFonts w:ascii="BIZ UDゴシック" w:eastAsia="BIZ UDゴシック" w:hAnsi="BIZ UDゴシック"/>
          <w:sz w:val="22"/>
          <w:lang w:eastAsia="ja-JP"/>
        </w:rPr>
      </w:pPr>
    </w:p>
    <w:p w14:paraId="1915F050" w14:textId="37AB00C3" w:rsidR="00EC155A" w:rsidRPr="00260E59" w:rsidRDefault="00AD3190">
      <w:pPr>
        <w:spacing w:before="240" w:after="80"/>
        <w:rPr>
          <w:rFonts w:ascii="BIZ UDゴシック" w:eastAsia="BIZ UDゴシック" w:hAnsi="BIZ UDゴシック"/>
          <w:sz w:val="22"/>
          <w:lang w:eastAsia="ja-JP"/>
        </w:rPr>
      </w:pPr>
      <w:r>
        <w:rPr>
          <w:rFonts w:ascii="BIZ UDゴシック" w:eastAsia="BIZ UDゴシック" w:hAnsi="BIZ UDゴシック" w:hint="eastAsia"/>
          <w:b/>
          <w:sz w:val="22"/>
          <w:lang w:eastAsia="ja-JP"/>
        </w:rPr>
        <w:lastRenderedPageBreak/>
        <w:t>６</w:t>
      </w:r>
      <w:r w:rsidR="00BF66A0" w:rsidRPr="00260E59">
        <w:rPr>
          <w:rFonts w:ascii="BIZ UDゴシック" w:eastAsia="BIZ UDゴシック" w:hAnsi="BIZ UDゴシック"/>
          <w:b/>
          <w:sz w:val="22"/>
          <w:lang w:eastAsia="ja-JP"/>
        </w:rPr>
        <w:t xml:space="preserve">　「つなぐ」ことについて</w:t>
      </w:r>
    </w:p>
    <w:p w14:paraId="79B0E6FB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sz w:val="22"/>
          <w:lang w:eastAsia="ja-JP"/>
        </w:rPr>
        <w:t>Woman’sリアルVOICEテラスでは、女性の声を受け止めるだけでなく、必要に応じて、人・地域・情報・活動などとの新たなつながりを生み出すことを大切にしています。</w:t>
      </w:r>
    </w:p>
    <w:p w14:paraId="129A14B0" w14:textId="77777777" w:rsidR="00EC155A" w:rsidRPr="00260E59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b/>
          <w:sz w:val="22"/>
          <w:lang w:eastAsia="ja-JP"/>
        </w:rPr>
        <w:t>（1）現在、どのような「つなぎ」を行っていますか？</w:t>
      </w:r>
    </w:p>
    <w:p w14:paraId="3C184DD3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人と人をつなぐ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地域・地域活動につなぐ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情報・サービスにつなぐ</w:t>
      </w:r>
    </w:p>
    <w:p w14:paraId="70ABB411" w14:textId="77777777" w:rsid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仕事・学び・活動などの機会につなぐ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専門機関・相談窓口につなぐ　</w:t>
      </w:r>
    </w:p>
    <w:p w14:paraId="0B6E5FBD" w14:textId="138EAE79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その他（</w:t>
      </w:r>
      <w:r w:rsidR="00260E59">
        <w:rPr>
          <w:rFonts w:ascii="BIZ UDゴシック" w:eastAsia="BIZ UDゴシック" w:hAnsi="BIZ UDゴシック" w:hint="eastAsia"/>
          <w:sz w:val="22"/>
          <w:lang w:eastAsia="ja-JP"/>
        </w:rPr>
        <w:t xml:space="preserve">　　　　　　　　　　　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　　　　　　　　　）</w:t>
      </w:r>
    </w:p>
    <w:p w14:paraId="245B7F19" w14:textId="77777777" w:rsidR="00EC155A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現在は特に行っていないが、今後取り組みたい</w:t>
      </w:r>
    </w:p>
    <w:p w14:paraId="229E2670" w14:textId="77777777" w:rsidR="00092AC1" w:rsidRPr="00260E59" w:rsidRDefault="00092AC1">
      <w:pPr>
        <w:rPr>
          <w:rFonts w:ascii="BIZ UDゴシック" w:eastAsia="BIZ UDゴシック" w:hAnsi="BIZ UDゴシック"/>
          <w:sz w:val="22"/>
          <w:lang w:eastAsia="ja-JP"/>
        </w:rPr>
      </w:pPr>
    </w:p>
    <w:p w14:paraId="6527A6B7" w14:textId="77777777" w:rsidR="00EC155A" w:rsidRPr="00260E59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b/>
          <w:sz w:val="22"/>
          <w:lang w:eastAsia="ja-JP"/>
        </w:rPr>
        <w:t>（2）実際に行っている「つなぎ」の事例があれば教えてください。</w:t>
      </w:r>
    </w:p>
    <w:p w14:paraId="0101461E" w14:textId="642BBB1C" w:rsidR="00EC155A" w:rsidRPr="00082284" w:rsidRDefault="00BF66A0" w:rsidP="00260E59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sz w:val="22"/>
          <w:lang w:eastAsia="ja-JP"/>
        </w:rPr>
        <w:t>個人が特定されない範囲で記載してください。</w:t>
      </w:r>
    </w:p>
    <w:p w14:paraId="28EB9DD4" w14:textId="2A076496" w:rsidR="00EC155A" w:rsidRDefault="00EC155A">
      <w:pPr>
        <w:spacing w:after="0"/>
        <w:rPr>
          <w:rFonts w:ascii="BIZ UDゴシック" w:eastAsia="BIZ UDゴシック" w:hAnsi="BIZ UDゴシック"/>
          <w:sz w:val="22"/>
          <w:lang w:eastAsia="ja-JP"/>
        </w:rPr>
      </w:pPr>
    </w:p>
    <w:p w14:paraId="22CDA7F1" w14:textId="77777777" w:rsidR="00092AC1" w:rsidRDefault="00092AC1">
      <w:pPr>
        <w:spacing w:after="0"/>
        <w:rPr>
          <w:rFonts w:ascii="BIZ UDゴシック" w:eastAsia="BIZ UDゴシック" w:hAnsi="BIZ UDゴシック"/>
          <w:sz w:val="22"/>
          <w:lang w:eastAsia="ja-JP"/>
        </w:rPr>
      </w:pPr>
    </w:p>
    <w:p w14:paraId="7C26F38D" w14:textId="77777777" w:rsidR="00092AC1" w:rsidRDefault="00092AC1">
      <w:pPr>
        <w:spacing w:after="0"/>
        <w:rPr>
          <w:rFonts w:ascii="BIZ UDゴシック" w:eastAsia="BIZ UDゴシック" w:hAnsi="BIZ UDゴシック"/>
          <w:sz w:val="22"/>
          <w:lang w:eastAsia="ja-JP"/>
        </w:rPr>
      </w:pPr>
    </w:p>
    <w:p w14:paraId="1022D23F" w14:textId="77777777" w:rsidR="00092AC1" w:rsidRPr="00082284" w:rsidRDefault="00092AC1">
      <w:pPr>
        <w:spacing w:after="0"/>
        <w:rPr>
          <w:rFonts w:ascii="BIZ UDゴシック" w:eastAsia="BIZ UDゴシック" w:hAnsi="BIZ UDゴシック"/>
          <w:sz w:val="22"/>
          <w:lang w:eastAsia="ja-JP"/>
        </w:rPr>
      </w:pPr>
    </w:p>
    <w:p w14:paraId="721298F1" w14:textId="2D43C353" w:rsidR="00EC155A" w:rsidRPr="00082284" w:rsidRDefault="00AD3190">
      <w:pPr>
        <w:spacing w:before="240" w:after="80"/>
        <w:rPr>
          <w:rFonts w:ascii="BIZ UDゴシック" w:eastAsia="BIZ UDゴシック" w:hAnsi="BIZ UDゴシック"/>
          <w:sz w:val="22"/>
          <w:lang w:eastAsia="ja-JP"/>
        </w:rPr>
      </w:pPr>
      <w:r>
        <w:rPr>
          <w:rFonts w:ascii="BIZ UDゴシック" w:eastAsia="BIZ UDゴシック" w:hAnsi="BIZ UDゴシック" w:hint="eastAsia"/>
          <w:b/>
          <w:sz w:val="22"/>
          <w:lang w:eastAsia="ja-JP"/>
        </w:rPr>
        <w:t>７</w:t>
      </w:r>
      <w:r w:rsidR="00BF66A0" w:rsidRPr="00082284">
        <w:rPr>
          <w:rFonts w:ascii="BIZ UDゴシック" w:eastAsia="BIZ UDゴシック" w:hAnsi="BIZ UDゴシック"/>
          <w:b/>
          <w:sz w:val="22"/>
          <w:lang w:eastAsia="ja-JP"/>
        </w:rPr>
        <w:t xml:space="preserve">　あなたが考える「Woman’sリアルVOICEテラス」</w:t>
      </w:r>
    </w:p>
    <w:p w14:paraId="4E825378" w14:textId="77777777" w:rsidR="00EC155A" w:rsidRPr="00082284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b/>
          <w:sz w:val="22"/>
          <w:lang w:eastAsia="ja-JP"/>
        </w:rPr>
        <w:t>あなたにとって、Woman’sリアルVOICEテラスとは、どのような場所・人・活動だと思いますか？</w:t>
      </w:r>
    </w:p>
    <w:p w14:paraId="78C8F2D7" w14:textId="77777777" w:rsidR="00EC155A" w:rsidRPr="00082284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082284">
        <w:rPr>
          <w:rFonts w:ascii="BIZ UDゴシック" w:eastAsia="BIZ UDゴシック" w:hAnsi="BIZ UDゴシック"/>
          <w:sz w:val="22"/>
          <w:lang w:eastAsia="ja-JP"/>
        </w:rPr>
        <w:t>正解はありません。あなたの言葉で自由にお書きください。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9727"/>
      </w:tblGrid>
      <w:tr w:rsidR="00260E59" w14:paraId="6DDCCC23" w14:textId="77777777" w:rsidTr="00260E59">
        <w:trPr>
          <w:trHeight w:val="2551"/>
        </w:trPr>
        <w:tc>
          <w:tcPr>
            <w:tcW w:w="9944" w:type="dxa"/>
          </w:tcPr>
          <w:p w14:paraId="19E7D4D6" w14:textId="77777777" w:rsidR="00260E59" w:rsidRDefault="00260E59">
            <w:pPr>
              <w:rPr>
                <w:rFonts w:ascii="BIZ UDゴシック" w:eastAsia="BIZ UDゴシック" w:hAnsi="BIZ UDゴシック"/>
                <w:lang w:eastAsia="ja-JP"/>
              </w:rPr>
            </w:pPr>
          </w:p>
        </w:tc>
      </w:tr>
    </w:tbl>
    <w:p w14:paraId="4C8518F0" w14:textId="77777777" w:rsidR="00092AC1" w:rsidRDefault="00092AC1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77F0FB44" w14:textId="77777777" w:rsidR="00092AC1" w:rsidRDefault="00092AC1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3E121B19" w14:textId="77777777" w:rsidR="00092AC1" w:rsidRDefault="00092AC1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254CA1A7" w14:textId="77777777" w:rsidR="00092AC1" w:rsidRDefault="00092AC1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0C7017DC" w14:textId="77777777" w:rsidR="00092AC1" w:rsidRDefault="00092AC1">
      <w:pPr>
        <w:spacing w:before="240" w:after="80"/>
        <w:rPr>
          <w:rFonts w:ascii="BIZ UDゴシック" w:eastAsia="BIZ UDゴシック" w:hAnsi="BIZ UDゴシック"/>
          <w:b/>
          <w:sz w:val="22"/>
          <w:lang w:eastAsia="ja-JP"/>
        </w:rPr>
      </w:pPr>
    </w:p>
    <w:p w14:paraId="5EBE17E3" w14:textId="07E2374C" w:rsidR="00EC155A" w:rsidRPr="00260E59" w:rsidRDefault="00AD3190">
      <w:pPr>
        <w:spacing w:before="240" w:after="80"/>
        <w:rPr>
          <w:rFonts w:ascii="BIZ UDゴシック" w:eastAsia="BIZ UDゴシック" w:hAnsi="BIZ UDゴシック"/>
          <w:sz w:val="22"/>
          <w:lang w:eastAsia="ja-JP"/>
        </w:rPr>
      </w:pPr>
      <w:r>
        <w:rPr>
          <w:rFonts w:ascii="BIZ UDゴシック" w:eastAsia="BIZ UDゴシック" w:hAnsi="BIZ UDゴシック" w:hint="eastAsia"/>
          <w:b/>
          <w:sz w:val="22"/>
          <w:lang w:eastAsia="ja-JP"/>
        </w:rPr>
        <w:lastRenderedPageBreak/>
        <w:t>８</w:t>
      </w:r>
      <w:r w:rsidR="00BF66A0" w:rsidRPr="00260E59">
        <w:rPr>
          <w:rFonts w:ascii="BIZ UDゴシック" w:eastAsia="BIZ UDゴシック" w:hAnsi="BIZ UDゴシック"/>
          <w:b/>
          <w:sz w:val="22"/>
          <w:lang w:eastAsia="ja-JP"/>
        </w:rPr>
        <w:t xml:space="preserve">　これからやってみたいこと</w:t>
      </w:r>
    </w:p>
    <w:p w14:paraId="3DA74DD6" w14:textId="3E9C5155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sz w:val="22"/>
          <w:lang w:eastAsia="ja-JP"/>
        </w:rPr>
        <w:t>Woman’sリアルVOICEテラスとして</w:t>
      </w:r>
      <w:r w:rsidR="00DD0380">
        <w:rPr>
          <w:rFonts w:ascii="BIZ UDゴシック" w:eastAsia="BIZ UDゴシック" w:hAnsi="BIZ UDゴシック"/>
          <w:sz w:val="22"/>
          <w:lang w:eastAsia="ja-JP"/>
        </w:rPr>
        <w:t>登録</w:t>
      </w:r>
      <w:r w:rsidRPr="00260E59">
        <w:rPr>
          <w:rFonts w:ascii="BIZ UDゴシック" w:eastAsia="BIZ UDゴシック" w:hAnsi="BIZ UDゴシック"/>
          <w:sz w:val="22"/>
          <w:lang w:eastAsia="ja-JP"/>
        </w:rPr>
        <w:t>された場合、今後どのようなことに取り組んでみたいですか？</w:t>
      </w:r>
    </w:p>
    <w:p w14:paraId="5661D392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女性同士が交流できる機会を増やしたい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女性の声を聴く機会を増やしたい</w:t>
      </w:r>
    </w:p>
    <w:p w14:paraId="01FE7729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新しい人や地域とのつながりをつくりたい　</w:t>
      </w: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女性の新しい挑戦や一歩を応援したい</w:t>
      </w:r>
    </w:p>
    <w:p w14:paraId="1A79B409" w14:textId="77777777" w:rsid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情報・支援・相談窓口などにつなぐ取組を充実させたい　</w:t>
      </w:r>
    </w:p>
    <w:p w14:paraId="1A2E21AF" w14:textId="257F29F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他のWoman’sリアルVOICEテラスと連携したい</w:t>
      </w:r>
    </w:p>
    <w:p w14:paraId="76CEFC7B" w14:textId="54DC6099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その他（　</w:t>
      </w:r>
      <w:r w:rsidR="00260E59">
        <w:rPr>
          <w:rFonts w:ascii="BIZ UDゴシック" w:eastAsia="BIZ UDゴシック" w:hAnsi="BIZ UDゴシック" w:hint="eastAsia"/>
          <w:sz w:val="22"/>
          <w:lang w:eastAsia="ja-JP"/>
        </w:rPr>
        <w:t xml:space="preserve">　　　　　　　　　　　　　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　　　　　　　　）</w:t>
      </w:r>
    </w:p>
    <w:p w14:paraId="7DB8FD94" w14:textId="77777777" w:rsidR="00EC155A" w:rsidRPr="00260E59" w:rsidRDefault="00BF66A0">
      <w:pPr>
        <w:spacing w:before="100" w:after="40"/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b/>
          <w:sz w:val="22"/>
          <w:lang w:eastAsia="ja-JP"/>
        </w:rPr>
        <w:t>具体的なアイデアがあれば教えてください。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9727"/>
      </w:tblGrid>
      <w:tr w:rsidR="00260E59" w14:paraId="2C68126B" w14:textId="77777777" w:rsidTr="00260E59">
        <w:trPr>
          <w:trHeight w:val="2211"/>
        </w:trPr>
        <w:tc>
          <w:tcPr>
            <w:tcW w:w="9944" w:type="dxa"/>
          </w:tcPr>
          <w:p w14:paraId="06EC2585" w14:textId="77777777" w:rsidR="00260E59" w:rsidRDefault="00260E59">
            <w:pPr>
              <w:rPr>
                <w:rFonts w:ascii="BIZ UDゴシック" w:eastAsia="BIZ UDゴシック" w:hAnsi="BIZ UDゴシック"/>
                <w:lang w:eastAsia="ja-JP"/>
              </w:rPr>
            </w:pPr>
          </w:p>
        </w:tc>
      </w:tr>
    </w:tbl>
    <w:p w14:paraId="3CE5238E" w14:textId="0881433A" w:rsidR="00EC155A" w:rsidRDefault="00EC155A">
      <w:pPr>
        <w:spacing w:after="0"/>
        <w:rPr>
          <w:rFonts w:ascii="BIZ UDゴシック" w:eastAsia="BIZ UDゴシック" w:hAnsi="BIZ UDゴシック"/>
          <w:lang w:eastAsia="ja-JP"/>
        </w:rPr>
      </w:pPr>
    </w:p>
    <w:p w14:paraId="6EC4D7BA" w14:textId="77777777" w:rsidR="00092AC1" w:rsidRDefault="00092AC1">
      <w:pPr>
        <w:spacing w:after="0"/>
        <w:rPr>
          <w:rFonts w:ascii="BIZ UDゴシック" w:eastAsia="BIZ UDゴシック" w:hAnsi="BIZ UDゴシック"/>
          <w:lang w:eastAsia="ja-JP"/>
        </w:rPr>
      </w:pPr>
    </w:p>
    <w:p w14:paraId="3B3AB426" w14:textId="77777777" w:rsidR="00092AC1" w:rsidRPr="00082284" w:rsidRDefault="00092AC1">
      <w:pPr>
        <w:spacing w:after="0"/>
        <w:rPr>
          <w:rFonts w:ascii="BIZ UDゴシック" w:eastAsia="BIZ UDゴシック" w:hAnsi="BIZ UDゴシック"/>
          <w:lang w:eastAsia="ja-JP"/>
        </w:rPr>
      </w:pPr>
    </w:p>
    <w:p w14:paraId="20E90B19" w14:textId="5C02AB9D" w:rsidR="00EC155A" w:rsidRPr="00260E59" w:rsidRDefault="00AD3190">
      <w:pPr>
        <w:spacing w:before="240" w:after="80"/>
        <w:rPr>
          <w:rFonts w:ascii="BIZ UDゴシック" w:eastAsia="BIZ UDゴシック" w:hAnsi="BIZ UDゴシック"/>
          <w:sz w:val="22"/>
          <w:lang w:eastAsia="ja-JP"/>
        </w:rPr>
      </w:pPr>
      <w:r>
        <w:rPr>
          <w:rFonts w:ascii="BIZ UDゴシック" w:eastAsia="BIZ UDゴシック" w:hAnsi="BIZ UDゴシック" w:hint="eastAsia"/>
          <w:b/>
          <w:sz w:val="22"/>
          <w:lang w:eastAsia="ja-JP"/>
        </w:rPr>
        <w:t>９</w:t>
      </w:r>
      <w:r w:rsidR="00BF66A0" w:rsidRPr="00260E59">
        <w:rPr>
          <w:rFonts w:ascii="BIZ UDゴシック" w:eastAsia="BIZ UDゴシック" w:hAnsi="BIZ UDゴシック"/>
          <w:b/>
          <w:sz w:val="22"/>
          <w:lang w:eastAsia="ja-JP"/>
        </w:rPr>
        <w:t xml:space="preserve">　個人情報等の取扱いについて</w:t>
      </w:r>
    </w:p>
    <w:p w14:paraId="275B7A67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sz w:val="22"/>
          <w:lang w:eastAsia="ja-JP"/>
        </w:rPr>
        <w:t>女性から相談・相談に類する話や個人的な情報を受けた場合、その情報を適切に取り扱い、本人の意思を尊重して対応します。</w:t>
      </w:r>
    </w:p>
    <w:p w14:paraId="7B737D5B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上記について確認しました。</w:t>
      </w:r>
    </w:p>
    <w:p w14:paraId="189D1841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sz w:val="22"/>
          <w:lang w:eastAsia="ja-JP"/>
        </w:rPr>
        <w:t>また、必要に応じて専門機関・相談窓口等へのつなぎが必要となる場合には、本人の意思を尊重しながら適切な対応に努めます。</w:t>
      </w:r>
    </w:p>
    <w:p w14:paraId="022D31B8" w14:textId="5465630B" w:rsidR="00EC155A" w:rsidRDefault="00EC155A">
      <w:pPr>
        <w:rPr>
          <w:rFonts w:ascii="BIZ UDゴシック" w:eastAsia="BIZ UDゴシック" w:hAnsi="BIZ UDゴシック"/>
          <w:sz w:val="22"/>
          <w:lang w:eastAsia="ja-JP"/>
        </w:rPr>
      </w:pPr>
    </w:p>
    <w:p w14:paraId="40C0A981" w14:textId="77777777" w:rsidR="00092AC1" w:rsidRDefault="00092AC1">
      <w:pPr>
        <w:rPr>
          <w:rFonts w:ascii="BIZ UDゴシック" w:eastAsia="BIZ UDゴシック" w:hAnsi="BIZ UDゴシック"/>
          <w:sz w:val="22"/>
          <w:lang w:eastAsia="ja-JP"/>
        </w:rPr>
      </w:pPr>
    </w:p>
    <w:p w14:paraId="68572AD1" w14:textId="77777777" w:rsidR="00092AC1" w:rsidRDefault="00092AC1">
      <w:pPr>
        <w:rPr>
          <w:rFonts w:ascii="BIZ UDゴシック" w:eastAsia="BIZ UDゴシック" w:hAnsi="BIZ UDゴシック"/>
          <w:sz w:val="22"/>
          <w:lang w:eastAsia="ja-JP"/>
        </w:rPr>
      </w:pPr>
    </w:p>
    <w:p w14:paraId="2AA14979" w14:textId="77777777" w:rsidR="00092AC1" w:rsidRDefault="00092AC1">
      <w:pPr>
        <w:rPr>
          <w:rFonts w:ascii="BIZ UDゴシック" w:eastAsia="BIZ UDゴシック" w:hAnsi="BIZ UDゴシック"/>
          <w:sz w:val="22"/>
          <w:lang w:eastAsia="ja-JP"/>
        </w:rPr>
      </w:pPr>
    </w:p>
    <w:p w14:paraId="0E4A8569" w14:textId="77777777" w:rsidR="00092AC1" w:rsidRDefault="00092AC1">
      <w:pPr>
        <w:rPr>
          <w:rFonts w:ascii="BIZ UDゴシック" w:eastAsia="BIZ UDゴシック" w:hAnsi="BIZ UDゴシック"/>
          <w:sz w:val="22"/>
          <w:lang w:eastAsia="ja-JP"/>
        </w:rPr>
      </w:pPr>
    </w:p>
    <w:p w14:paraId="242DAADE" w14:textId="77777777" w:rsidR="00092AC1" w:rsidRPr="00092AC1" w:rsidRDefault="00092AC1">
      <w:pPr>
        <w:rPr>
          <w:rFonts w:ascii="BIZ UDゴシック" w:eastAsia="BIZ UDゴシック" w:hAnsi="BIZ UDゴシック"/>
          <w:sz w:val="22"/>
          <w:lang w:eastAsia="ja-JP"/>
        </w:rPr>
      </w:pPr>
    </w:p>
    <w:p w14:paraId="1AD90B4E" w14:textId="119A68AF" w:rsidR="00EC155A" w:rsidRPr="00260E59" w:rsidRDefault="00AD3190">
      <w:pPr>
        <w:spacing w:before="240" w:after="80"/>
        <w:rPr>
          <w:rFonts w:ascii="BIZ UDゴシック" w:eastAsia="BIZ UDゴシック" w:hAnsi="BIZ UDゴシック"/>
          <w:sz w:val="22"/>
          <w:lang w:eastAsia="ja-JP"/>
        </w:rPr>
      </w:pPr>
      <w:r>
        <w:rPr>
          <w:rFonts w:ascii="BIZ UDゴシック" w:eastAsia="BIZ UDゴシック" w:hAnsi="BIZ UDゴシック" w:hint="eastAsia"/>
          <w:b/>
          <w:sz w:val="22"/>
          <w:lang w:eastAsia="ja-JP"/>
        </w:rPr>
        <w:lastRenderedPageBreak/>
        <w:t>１０</w:t>
      </w:r>
      <w:r w:rsidR="00BF66A0">
        <w:rPr>
          <w:rFonts w:ascii="BIZ UDゴシック" w:eastAsia="BIZ UDゴシック" w:hAnsi="BIZ UDゴシック" w:hint="eastAsia"/>
          <w:b/>
          <w:sz w:val="22"/>
          <w:lang w:eastAsia="ja-JP"/>
        </w:rPr>
        <w:t xml:space="preserve">　</w:t>
      </w:r>
      <w:r w:rsidR="00BF66A0" w:rsidRPr="00260E59">
        <w:rPr>
          <w:rFonts w:ascii="BIZ UDゴシック" w:eastAsia="BIZ UDゴシック" w:hAnsi="BIZ UDゴシック"/>
          <w:b/>
          <w:sz w:val="22"/>
          <w:lang w:eastAsia="ja-JP"/>
        </w:rPr>
        <w:t>確認事項</w:t>
      </w:r>
    </w:p>
    <w:p w14:paraId="1393704E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Woman’sリアルVOICEテラスの趣旨に賛同していること</w:t>
      </w:r>
    </w:p>
    <w:p w14:paraId="1A4816F6" w14:textId="123D1A5E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</w:t>
      </w:r>
      <w:r w:rsidR="00DD0380">
        <w:rPr>
          <w:rFonts w:ascii="BIZ UDゴシック" w:eastAsia="BIZ UDゴシック" w:hAnsi="BIZ UDゴシック"/>
          <w:sz w:val="22"/>
          <w:lang w:eastAsia="ja-JP"/>
        </w:rPr>
        <w:t>登録</w:t>
      </w:r>
      <w:r w:rsidRPr="00260E59">
        <w:rPr>
          <w:rFonts w:ascii="BIZ UDゴシック" w:eastAsia="BIZ UDゴシック" w:hAnsi="BIZ UDゴシック"/>
          <w:sz w:val="22"/>
          <w:lang w:eastAsia="ja-JP"/>
        </w:rPr>
        <w:t>基準を満たす活動を行っている、または</w:t>
      </w:r>
      <w:r w:rsidR="00DD0380">
        <w:rPr>
          <w:rFonts w:ascii="BIZ UDゴシック" w:eastAsia="BIZ UDゴシック" w:hAnsi="BIZ UDゴシック"/>
          <w:sz w:val="22"/>
          <w:lang w:eastAsia="ja-JP"/>
        </w:rPr>
        <w:t>登録</w:t>
      </w:r>
      <w:r w:rsidRPr="00260E59">
        <w:rPr>
          <w:rFonts w:ascii="BIZ UDゴシック" w:eastAsia="BIZ UDゴシック" w:hAnsi="BIZ UDゴシック"/>
          <w:sz w:val="22"/>
          <w:lang w:eastAsia="ja-JP"/>
        </w:rPr>
        <w:t>後に行う予定であること</w:t>
      </w:r>
    </w:p>
    <w:p w14:paraId="5AA59ECD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女性の人格・価値観・意思を尊重して活動すること</w:t>
      </w:r>
    </w:p>
    <w:p w14:paraId="1ECA0A99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法令その他の公序良俗に反する活動を行わないこと</w:t>
      </w:r>
    </w:p>
    <w:p w14:paraId="4805472E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申請内容に変更が生じた場合は、市に届け出ること</w:t>
      </w:r>
    </w:p>
    <w:p w14:paraId="0D888103" w14:textId="403AADCF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Segoe UI Symbol" w:eastAsia="BIZ UDゴシック" w:hAnsi="Segoe UI Symbol" w:cs="Segoe UI Symbol"/>
          <w:sz w:val="22"/>
          <w:lang w:eastAsia="ja-JP"/>
        </w:rPr>
        <w:t>☐</w:t>
      </w:r>
      <w:r w:rsidRPr="00260E59">
        <w:rPr>
          <w:rFonts w:ascii="BIZ UDゴシック" w:eastAsia="BIZ UDゴシック" w:hAnsi="BIZ UDゴシック"/>
          <w:sz w:val="22"/>
          <w:lang w:eastAsia="ja-JP"/>
        </w:rPr>
        <w:t xml:space="preserve"> その他、</w:t>
      </w:r>
      <w:r w:rsidR="00DD0380">
        <w:rPr>
          <w:rFonts w:ascii="BIZ UDゴシック" w:eastAsia="BIZ UDゴシック" w:hAnsi="BIZ UDゴシック"/>
          <w:sz w:val="22"/>
          <w:lang w:eastAsia="ja-JP"/>
        </w:rPr>
        <w:t>登録</w:t>
      </w:r>
      <w:r w:rsidRPr="00260E59">
        <w:rPr>
          <w:rFonts w:ascii="BIZ UDゴシック" w:eastAsia="BIZ UDゴシック" w:hAnsi="BIZ UDゴシック"/>
          <w:sz w:val="22"/>
          <w:lang w:eastAsia="ja-JP"/>
        </w:rPr>
        <w:t>制度の運用に必要な事項について市の求めに応じること</w:t>
      </w:r>
    </w:p>
    <w:p w14:paraId="48CA06A3" w14:textId="77777777" w:rsidR="00EC155A" w:rsidRPr="00260E59" w:rsidRDefault="00BF66A0">
      <w:pPr>
        <w:rPr>
          <w:rFonts w:ascii="BIZ UDゴシック" w:eastAsia="BIZ UDゴシック" w:hAnsi="BIZ UDゴシック"/>
          <w:sz w:val="22"/>
          <w:lang w:eastAsia="ja-JP"/>
        </w:rPr>
      </w:pPr>
      <w:r w:rsidRPr="00260E59">
        <w:rPr>
          <w:rFonts w:ascii="BIZ UDゴシック" w:eastAsia="BIZ UDゴシック" w:hAnsi="BIZ UDゴシック"/>
          <w:sz w:val="22"/>
          <w:lang w:eastAsia="ja-JP"/>
        </w:rPr>
        <w:t>以上について確認しました。</w:t>
      </w:r>
    </w:p>
    <w:p w14:paraId="096D7E0D" w14:textId="231A3403" w:rsidR="00EC155A" w:rsidRPr="00260E59" w:rsidRDefault="00BF66A0" w:rsidP="00092AC1">
      <w:pPr>
        <w:ind w:firstLineChars="100" w:firstLine="220"/>
        <w:rPr>
          <w:rFonts w:ascii="BIZ UDゴシック" w:eastAsia="BIZ UDゴシック" w:hAnsi="BIZ UDゴシック"/>
          <w:sz w:val="22"/>
        </w:rPr>
      </w:pPr>
      <w:proofErr w:type="spellStart"/>
      <w:r w:rsidRPr="00260E59">
        <w:rPr>
          <w:rFonts w:ascii="BIZ UDゴシック" w:eastAsia="BIZ UDゴシック" w:hAnsi="BIZ UDゴシック"/>
          <w:sz w:val="22"/>
        </w:rPr>
        <w:t>令和</w:t>
      </w:r>
      <w:proofErr w:type="spellEnd"/>
      <w:r w:rsidRPr="00260E59">
        <w:rPr>
          <w:rFonts w:ascii="BIZ UDゴシック" w:eastAsia="BIZ UDゴシック" w:hAnsi="BIZ UDゴシック"/>
          <w:sz w:val="22"/>
        </w:rPr>
        <w:t xml:space="preserve">　</w:t>
      </w:r>
      <w:r w:rsidR="00092AC1">
        <w:rPr>
          <w:rFonts w:ascii="BIZ UDゴシック" w:eastAsia="BIZ UDゴシック" w:hAnsi="BIZ UDゴシック" w:hint="eastAsia"/>
          <w:sz w:val="22"/>
          <w:lang w:eastAsia="ja-JP"/>
        </w:rPr>
        <w:t xml:space="preserve">　</w:t>
      </w:r>
      <w:r w:rsidRPr="00260E59">
        <w:rPr>
          <w:rFonts w:ascii="BIZ UDゴシック" w:eastAsia="BIZ UDゴシック" w:hAnsi="BIZ UDゴシック"/>
          <w:sz w:val="22"/>
        </w:rPr>
        <w:t xml:space="preserve">年　</w:t>
      </w:r>
      <w:r w:rsidR="00092AC1">
        <w:rPr>
          <w:rFonts w:ascii="BIZ UDゴシック" w:eastAsia="BIZ UDゴシック" w:hAnsi="BIZ UDゴシック" w:hint="eastAsia"/>
          <w:sz w:val="22"/>
          <w:lang w:eastAsia="ja-JP"/>
        </w:rPr>
        <w:t xml:space="preserve">　</w:t>
      </w:r>
      <w:r w:rsidRPr="00260E59">
        <w:rPr>
          <w:rFonts w:ascii="BIZ UDゴシック" w:eastAsia="BIZ UDゴシック" w:hAnsi="BIZ UDゴシック"/>
          <w:sz w:val="22"/>
        </w:rPr>
        <w:t xml:space="preserve">月　</w:t>
      </w:r>
      <w:r w:rsidR="00092AC1">
        <w:rPr>
          <w:rFonts w:ascii="BIZ UDゴシック" w:eastAsia="BIZ UDゴシック" w:hAnsi="BIZ UDゴシック" w:hint="eastAsia"/>
          <w:sz w:val="22"/>
          <w:lang w:eastAsia="ja-JP"/>
        </w:rPr>
        <w:t xml:space="preserve">　</w:t>
      </w:r>
      <w:r w:rsidRPr="00260E59">
        <w:rPr>
          <w:rFonts w:ascii="BIZ UDゴシック" w:eastAsia="BIZ UDゴシック" w:hAnsi="BIZ UDゴシック"/>
          <w:sz w:val="22"/>
        </w:rPr>
        <w:t>日</w:t>
      </w:r>
    </w:p>
    <w:p w14:paraId="58A46DBF" w14:textId="77777777" w:rsidR="00EC155A" w:rsidRPr="00260E59" w:rsidRDefault="00BF66A0" w:rsidP="00092AC1">
      <w:pPr>
        <w:ind w:firstLineChars="100" w:firstLine="220"/>
        <w:rPr>
          <w:rFonts w:ascii="BIZ UDゴシック" w:eastAsia="BIZ UDゴシック" w:hAnsi="BIZ UDゴシック"/>
          <w:sz w:val="22"/>
        </w:rPr>
      </w:pPr>
      <w:proofErr w:type="spellStart"/>
      <w:r w:rsidRPr="00260E59">
        <w:rPr>
          <w:rFonts w:ascii="BIZ UDゴシック" w:eastAsia="BIZ UDゴシック" w:hAnsi="BIZ UDゴシック"/>
          <w:sz w:val="22"/>
        </w:rPr>
        <w:t>代表者名</w:t>
      </w:r>
      <w:proofErr w:type="spellEnd"/>
      <w:r w:rsidRPr="00260E59">
        <w:rPr>
          <w:rFonts w:ascii="BIZ UDゴシック" w:eastAsia="BIZ UDゴシック" w:hAnsi="BIZ UDゴシック"/>
          <w:sz w:val="22"/>
        </w:rPr>
        <w:t xml:space="preserve">　＿＿＿＿＿＿＿＿＿＿＿＿＿＿＿＿＿＿＿＿</w:t>
      </w:r>
    </w:p>
    <w:sectPr w:rsidR="00EC155A" w:rsidRPr="00260E59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7F614B4"/>
    <w:multiLevelType w:val="hybridMultilevel"/>
    <w:tmpl w:val="F092A27E"/>
    <w:lvl w:ilvl="0" w:tplc="4BEAA296">
      <w:numFmt w:val="bullet"/>
      <w:lvlText w:val="□"/>
      <w:lvlJc w:val="left"/>
      <w:pPr>
        <w:ind w:left="58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357967596">
    <w:abstractNumId w:val="8"/>
  </w:num>
  <w:num w:numId="2" w16cid:durableId="1522477104">
    <w:abstractNumId w:val="6"/>
  </w:num>
  <w:num w:numId="3" w16cid:durableId="808742797">
    <w:abstractNumId w:val="5"/>
  </w:num>
  <w:num w:numId="4" w16cid:durableId="37168998">
    <w:abstractNumId w:val="4"/>
  </w:num>
  <w:num w:numId="5" w16cid:durableId="1183393941">
    <w:abstractNumId w:val="7"/>
  </w:num>
  <w:num w:numId="6" w16cid:durableId="1332369667">
    <w:abstractNumId w:val="3"/>
  </w:num>
  <w:num w:numId="7" w16cid:durableId="739255363">
    <w:abstractNumId w:val="2"/>
  </w:num>
  <w:num w:numId="8" w16cid:durableId="927157892">
    <w:abstractNumId w:val="1"/>
  </w:num>
  <w:num w:numId="9" w16cid:durableId="1899634467">
    <w:abstractNumId w:val="0"/>
  </w:num>
  <w:num w:numId="10" w16cid:durableId="19341235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284"/>
    <w:rsid w:val="00092AC1"/>
    <w:rsid w:val="0015074B"/>
    <w:rsid w:val="00260E59"/>
    <w:rsid w:val="0029639D"/>
    <w:rsid w:val="00326F90"/>
    <w:rsid w:val="007F1AB5"/>
    <w:rsid w:val="008C558E"/>
    <w:rsid w:val="00AA1D8D"/>
    <w:rsid w:val="00AD3190"/>
    <w:rsid w:val="00B24AD2"/>
    <w:rsid w:val="00B47730"/>
    <w:rsid w:val="00BF66A0"/>
    <w:rsid w:val="00C923E4"/>
    <w:rsid w:val="00CB0664"/>
    <w:rsid w:val="00DD0380"/>
    <w:rsid w:val="00E8286A"/>
    <w:rsid w:val="00EC155A"/>
    <w:rsid w:val="00F21FDF"/>
    <w:rsid w:val="00F327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1AF7BE"/>
  <w14:defaultImageDpi w14:val="300"/>
  <w15:docId w15:val="{8A811ACE-D41D-4588-BCE5-6E9E896E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348</Words>
  <Characters>1984</Characters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2328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